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right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703"/>
        <w:gridCol w:w="4703"/>
      </w:tblGrid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日期：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____年____月____日</w:t>
            </w:r>
          </w:p>
        </w:tc>
      </w:tr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编号：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________________</w:t>
            </w:r>
          </w:p>
        </w:tc>
      </w:tr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流水号：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________________</w:t>
            </w:r>
          </w:p>
        </w:tc>
      </w:tr>
    </w:tbl>
    <w:p/>
    <w:p>
      <w:pPr>
        <w:pStyle w:val="Heading1"/>
        <w:jc w:val="center"/>
      </w:pPr>
      <w:r>
        <w:t>投诉信 / 举报信模板</w:t>
      </w:r>
    </w:p>
    <w:p>
      <w:pPr>
        <w:pStyle w:val="Heading2"/>
      </w:pPr>
      <w:r>
        <w:t>一、用途说明</w:t>
      </w:r>
    </w:p>
    <w:p>
      <w:r>
        <w:rPr>
          <w:b w:val="0"/>
          <w:sz w:val="22"/>
          <w:rFonts w:eastAsia="微软雅黑" w:ascii="微软雅黑" w:hAnsi="微软雅黑"/>
        </w:rPr>
        <w:t>本书信模板适用于向主管部门、行业监管、消协、媒体等反映问题，也可作为单位内部投诉举报的书面记录。</w:t>
      </w:r>
    </w:p>
    <w:p>
      <w:pPr>
        <w:pStyle w:val="Heading2"/>
      </w:pPr>
      <w:r>
        <w:t>二、登记/申请内容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</w:tblPr>
      <w:tblGrid>
        <w:gridCol w:w="4703"/>
        <w:gridCol w:w="4703"/>
      </w:tblGrid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致送单位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（如：____市场监督管理局 / ____住建局 / ____媒体）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举报/投诉事项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（一句话概括核心问题）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诉求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（如立案调查/责令整改/公开答复/其他）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附件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（证据清单（详见《证据清单模板》））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落款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（举报人/投诉人（签名）：________  联系电话：________）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日期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（____年__月__日）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事实与理由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（何时、何地、何人、何事、有何证据）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</w:r>
          </w:p>
          <w:p/>
          <w:p/>
          <w:p/>
        </w:tc>
      </w:tr>
    </w:tbl>
    <w:p>
      <w:pPr>
        <w:pStyle w:val="Heading2"/>
      </w:pPr>
      <w:r>
        <w:t>三、填表说明</w:t>
      </w:r>
    </w:p>
    <w:p>
      <w:pPr>
        <w:pStyle w:val="Heading3"/>
      </w:pPr>
      <w:r>
        <w:t>填表说明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事实叙述应客观，避免情绪化表述。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关键证据（票据、录音、照片）请一并附上。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实名举报更易被受理，匿名举报可能影响核查。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请保留提交凭证（邮寄底单、邮件截图等）。</w:t>
      </w:r>
    </w:p>
    <w:p>
      <w:pPr>
        <w:pStyle w:val="Heading2"/>
      </w:pPr>
      <w:r>
        <w:t>四、适用情形与使用须知</w:t>
      </w:r>
    </w:p>
    <w:p>
      <w:r>
        <w:rPr>
          <w:b w:val="0"/>
          <w:sz w:val="22"/>
          <w:rFonts w:eastAsia="微软雅黑" w:ascii="微软雅黑" w:hAnsi="微软雅黑"/>
        </w:rPr>
        <w:t>本模板适用于：消费维权、市场监管、住房建设、生态环境、劳动监察等领域的投诉举报。撰写时建议事实客观、诉求明确、附关键证据（票据、录音、照片等）；实名举报更易受理，匿名举报可能影响核查。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  <w:rFonts w:eastAsia="微软雅黑" w:ascii="微软雅黑" w:hAnsi="微软雅黑"/>
      </w:rPr>
      <w:t>— 本模板由 海南铎鸣社会调查网 整理制作 —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color w:val="1E90FF"/>
        <w:sz w:val="18"/>
        <w:rFonts w:eastAsia="微软雅黑" w:ascii="微软雅黑" w:hAnsi="微软雅黑"/>
      </w:rPr>
      <w:t>海南铎鸣社会调查网  ·  传递民意 · 践行价值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40"/>
    </w:pPr>
    <w:rPr>
      <w:rFonts w:ascii="微软雅黑" w:hAnsi="微软雅黑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 w:line="360" w:lineRule="auto"/>
      <w:outlineLvl w:val="0"/>
    </w:pPr>
    <w:rPr>
      <w:rFonts w:asciiTheme="majorHAnsi" w:eastAsiaTheme="majorEastAsia" w:hAnsiTheme="majorHAnsi" w:cstheme="majorBidi" w:ascii="微软雅黑" w:hAnsi="微软雅黑" w:eastAsia="微软雅黑"/>
      <w:b/>
      <w:bCs/>
      <w:color w:val="1E90F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 w:line="360" w:lineRule="auto"/>
      <w:outlineLvl w:val="1"/>
    </w:pPr>
    <w:rPr>
      <w:rFonts w:asciiTheme="majorHAnsi" w:eastAsiaTheme="majorEastAsia" w:hAnsiTheme="majorHAnsi" w:cstheme="majorBidi" w:ascii="微软雅黑" w:hAnsi="微软雅黑" w:eastAsia="微软雅黑"/>
      <w:b/>
      <w:bCs/>
      <w:color w:val="1A1A4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 w:line="360" w:lineRule="auto"/>
      <w:outlineLvl w:val="2"/>
    </w:pPr>
    <w:rPr>
      <w:rFonts w:asciiTheme="majorHAnsi" w:eastAsiaTheme="majorEastAsia" w:hAnsiTheme="majorHAnsi" w:cstheme="majorBidi" w:ascii="微软雅黑" w:hAnsi="微软雅黑" w:eastAsia="微软雅黑"/>
      <w:b/>
      <w:bCs/>
      <w:color w:val="1A1A4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