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right"/>
        <w:tblLayout w:type="fixed"/>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4703"/>
        <w:gridCol w:w="4703"/>
      </w:tblGrid>
      <w:tr>
        <w:tc>
          <w:tcPr>
            <w:tcW w:type="dxa" w:w="850"/>
          </w:tcPr>
          <w:p>
            <w:r/>
            <w:r>
              <w:rPr>
                <w:b/>
                <w:color w:val="1A1A4D"/>
                <w:sz w:val="18"/>
                <w:rFonts w:eastAsia="微软雅黑" w:ascii="微软雅黑" w:hAnsi="微软雅黑"/>
              </w:rPr>
              <w:t>日期：</w:t>
            </w:r>
          </w:p>
        </w:tc>
        <w:tc>
          <w:tcPr>
            <w:tcW w:type="dxa" w:w="2835"/>
          </w:tcPr>
          <w:p>
            <w:r/>
            <w:r>
              <w:rPr>
                <w:color w:val="666666"/>
                <w:sz w:val="18"/>
                <w:rFonts w:eastAsia="微软雅黑" w:ascii="微软雅黑" w:hAnsi="微软雅黑"/>
              </w:rPr>
              <w:t>____年____月____日</w:t>
            </w:r>
          </w:p>
        </w:tc>
      </w:tr>
      <w:tr>
        <w:tc>
          <w:tcPr>
            <w:tcW w:type="dxa" w:w="850"/>
          </w:tcPr>
          <w:p>
            <w:r/>
            <w:r>
              <w:rPr>
                <w:b/>
                <w:color w:val="1A1A4D"/>
                <w:sz w:val="18"/>
                <w:rFonts w:eastAsia="微软雅黑" w:ascii="微软雅黑" w:hAnsi="微软雅黑"/>
              </w:rPr>
              <w:t>编号：</w:t>
            </w:r>
          </w:p>
        </w:tc>
        <w:tc>
          <w:tcPr>
            <w:tcW w:type="dxa" w:w="2835"/>
          </w:tcPr>
          <w:p>
            <w:r/>
            <w:r>
              <w:rPr>
                <w:color w:val="666666"/>
                <w:sz w:val="18"/>
                <w:rFonts w:eastAsia="微软雅黑" w:ascii="微软雅黑" w:hAnsi="微软雅黑"/>
              </w:rPr>
              <w:t>________________</w:t>
            </w:r>
          </w:p>
        </w:tc>
      </w:tr>
      <w:tr>
        <w:tc>
          <w:tcPr>
            <w:tcW w:type="dxa" w:w="850"/>
          </w:tcPr>
          <w:p>
            <w:r/>
            <w:r>
              <w:rPr>
                <w:b/>
                <w:color w:val="1A1A4D"/>
                <w:sz w:val="18"/>
                <w:rFonts w:eastAsia="微软雅黑" w:ascii="微软雅黑" w:hAnsi="微软雅黑"/>
              </w:rPr>
              <w:t>流水号：</w:t>
            </w:r>
          </w:p>
        </w:tc>
        <w:tc>
          <w:tcPr>
            <w:tcW w:type="dxa" w:w="2835"/>
          </w:tcPr>
          <w:p>
            <w:r/>
            <w:r>
              <w:rPr>
                <w:color w:val="666666"/>
                <w:sz w:val="18"/>
                <w:rFonts w:eastAsia="微软雅黑" w:ascii="微软雅黑" w:hAnsi="微软雅黑"/>
              </w:rPr>
              <w:t>________________</w:t>
            </w:r>
          </w:p>
        </w:tc>
      </w:tr>
    </w:tbl>
    <w:p/>
    <w:p>
      <w:pPr>
        <w:pStyle w:val="Heading1"/>
        <w:jc w:val="center"/>
      </w:pPr>
      <w:r>
        <w:t>民意调查志愿者报名表</w:t>
      </w:r>
    </w:p>
    <w:p>
      <w:pPr>
        <w:pStyle w:val="Heading2"/>
      </w:pPr>
      <w:r>
        <w:t>一、报名说明</w:t>
      </w:r>
    </w:p>
    <w:p>
      <w:r>
        <w:rPr>
          <w:b w:val="0"/>
          <w:sz w:val="22"/>
          <w:rFonts w:eastAsia="微软雅黑" w:ascii="微软雅黑" w:hAnsi="微软雅黑"/>
        </w:rPr>
        <w:t>本表用于志愿加入「海南铎鸣社会调查网」民意调查志愿者团队的个人登记。志愿者以兼职 / 任务制参与市场调查、问卷复核、数据录入、民意征集、法律咨询辅助等工作，为社情民意收集贡献力量。报名不收取任何费用。</w:t>
      </w:r>
    </w:p>
    <w:p>
      <w:pPr>
        <w:pStyle w:val="Heading2"/>
      </w:pPr>
      <w:r>
        <w:t>二、报名信息</w:t>
      </w:r>
    </w:p>
    <w:tbl>
      <w:tblPr>
        <w:tblW w:type="auto" w:w="0"/>
        <w:jc w:val="center"/>
        <w:tblLayout w:type="fixed"/>
        <w:tblLook w:firstColumn="1" w:firstRow="1" w:lastColumn="0" w:lastRow="0" w:noHBand="0" w:noVBand="1" w:val="04A0"/>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Pr>
      <w:tblGrid>
        <w:gridCol w:w="4703"/>
        <w:gridCol w:w="4703"/>
      </w:tblGrid>
      <w:tr>
        <w:tc>
          <w:tcPr>
            <w:tcW w:type="dxa" w:w="2041"/>
            <w:shd w:val="clear" w:color="auto" w:fill="E8F0FE"/>
          </w:tcPr>
          <w:p>
            <w:r/>
            <w:r>
              <w:rPr>
                <w:b/>
                <w:sz w:val="22"/>
                <w:rFonts w:eastAsia="微软雅黑" w:ascii="微软雅黑" w:hAnsi="微软雅黑"/>
              </w:rPr>
              <w:t>报名编号</w:t>
            </w:r>
            <w:r>
              <w:rPr>
                <w:color w:val="C08A00"/>
                <w:sz w:val="18"/>
                <w:rFonts w:eastAsia="微软雅黑" w:ascii="微软雅黑" w:hAnsi="微软雅黑"/>
              </w:rPr>
              <w:t>（受理方填写）</w:t>
            </w:r>
          </w:p>
        </w:tc>
        <w:tc>
          <w:tcPr>
            <w:tcW w:type="dxa" w:w="6463"/>
          </w:tcPr>
          <w:p>
            <w:r/>
            <w:r>
              <w:rPr>
                <w:sz w:val="22"/>
                <w:rFonts w:eastAsia="微软雅黑" w:ascii="微软雅黑" w:hAnsi="微软雅黑"/>
              </w:rPr>
              <w:t xml:space="preserve">　</w:t>
            </w:r>
          </w:p>
        </w:tc>
      </w:tr>
      <w:tr>
        <w:tc>
          <w:tcPr>
            <w:tcW w:type="dxa" w:w="2041"/>
            <w:shd w:val="clear" w:color="auto" w:fill="E8F0FE"/>
          </w:tcPr>
          <w:p>
            <w:r/>
            <w:r>
              <w:rPr>
                <w:b/>
                <w:sz w:val="22"/>
                <w:rFonts w:eastAsia="微软雅黑" w:ascii="微软雅黑" w:hAnsi="微软雅黑"/>
              </w:rPr>
              <w:t>姓名</w:t>
            </w:r>
            <w:r>
              <w:rPr>
                <w:color w:val="C08A00"/>
                <w:sz w:val="18"/>
                <w:rFonts w:eastAsia="微软雅黑" w:ascii="微软雅黑" w:hAnsi="微软雅黑"/>
              </w:rPr>
              <w:t>（必填）</w:t>
            </w:r>
          </w:p>
        </w:tc>
        <w:tc>
          <w:tcPr>
            <w:tcW w:type="dxa" w:w="6463"/>
          </w:tcPr>
          <w:p>
            <w:r/>
            <w:r>
              <w:rPr>
                <w:sz w:val="22"/>
                <w:rFonts w:eastAsia="微软雅黑" w:ascii="微软雅黑" w:hAnsi="微软雅黑"/>
              </w:rPr>
              <w:t xml:space="preserve">　</w:t>
            </w:r>
          </w:p>
        </w:tc>
      </w:tr>
      <w:tr>
        <w:tc>
          <w:tcPr>
            <w:tcW w:type="dxa" w:w="2041"/>
            <w:shd w:val="clear" w:color="auto" w:fill="E8F0FE"/>
          </w:tcPr>
          <w:p>
            <w:r/>
            <w:r>
              <w:rPr>
                <w:b/>
                <w:sz w:val="22"/>
                <w:rFonts w:eastAsia="微软雅黑" w:ascii="微软雅黑" w:hAnsi="微软雅黑"/>
              </w:rPr>
              <w:t>年龄</w:t>
            </w:r>
            <w:r>
              <w:rPr>
                <w:color w:val="C08A00"/>
                <w:sz w:val="18"/>
                <w:rFonts w:eastAsia="微软雅黑" w:ascii="微软雅黑" w:hAnsi="微软雅黑"/>
              </w:rPr>
              <w:t>（____周岁）</w:t>
            </w:r>
          </w:p>
        </w:tc>
        <w:tc>
          <w:tcPr>
            <w:tcW w:type="dxa" w:w="6463"/>
          </w:tcPr>
          <w:p>
            <w:r/>
            <w:r>
              <w:rPr>
                <w:sz w:val="22"/>
                <w:rFonts w:eastAsia="微软雅黑" w:ascii="微软雅黑" w:hAnsi="微软雅黑"/>
              </w:rPr>
              <w:t xml:space="preserve">　</w:t>
            </w:r>
          </w:p>
        </w:tc>
      </w:tr>
      <w:tr>
        <w:tc>
          <w:tcPr>
            <w:tcW w:type="dxa" w:w="2041"/>
            <w:shd w:val="clear" w:color="auto" w:fill="E8F0FE"/>
          </w:tcPr>
          <w:p>
            <w:r/>
            <w:r>
              <w:rPr>
                <w:b/>
                <w:sz w:val="22"/>
                <w:rFonts w:eastAsia="微软雅黑" w:ascii="微软雅黑" w:hAnsi="微软雅黑"/>
              </w:rPr>
              <w:t>联系电话</w:t>
            </w:r>
            <w:r>
              <w:rPr>
                <w:color w:val="C08A00"/>
                <w:sz w:val="18"/>
                <w:rFonts w:eastAsia="微软雅黑" w:ascii="微软雅黑" w:hAnsi="微软雅黑"/>
              </w:rPr>
              <w:t>（必填，用于回访）</w:t>
            </w:r>
          </w:p>
        </w:tc>
        <w:tc>
          <w:tcPr>
            <w:tcW w:type="dxa" w:w="6463"/>
          </w:tcPr>
          <w:p>
            <w:r/>
            <w:r>
              <w:rPr>
                <w:sz w:val="22"/>
                <w:rFonts w:eastAsia="微软雅黑" w:ascii="微软雅黑" w:hAnsi="微软雅黑"/>
              </w:rPr>
              <w:t xml:space="preserve">　</w:t>
            </w:r>
          </w:p>
        </w:tc>
      </w:tr>
      <w:tr>
        <w:tc>
          <w:tcPr>
            <w:tcW w:type="dxa" w:w="2041"/>
            <w:shd w:val="clear" w:color="auto" w:fill="E8F0FE"/>
          </w:tcPr>
          <w:p>
            <w:r/>
            <w:r>
              <w:rPr>
                <w:b/>
                <w:sz w:val="22"/>
                <w:rFonts w:eastAsia="微软雅黑" w:ascii="微软雅黑" w:hAnsi="微软雅黑"/>
              </w:rPr>
              <w:t>微信号</w:t>
            </w:r>
            <w:r>
              <w:rPr>
                <w:color w:val="C08A00"/>
                <w:sz w:val="18"/>
                <w:rFonts w:eastAsia="微软雅黑" w:ascii="微软雅黑" w:hAnsi="微软雅黑"/>
              </w:rPr>
              <w:t>（选填）</w:t>
            </w:r>
          </w:p>
        </w:tc>
        <w:tc>
          <w:tcPr>
            <w:tcW w:type="dxa" w:w="6463"/>
          </w:tcPr>
          <w:p>
            <w:r/>
            <w:r>
              <w:rPr>
                <w:sz w:val="22"/>
                <w:rFonts w:eastAsia="微软雅黑" w:ascii="微软雅黑" w:hAnsi="微软雅黑"/>
              </w:rPr>
              <w:t xml:space="preserve">　</w:t>
            </w:r>
          </w:p>
        </w:tc>
      </w:tr>
      <w:tr>
        <w:tc>
          <w:tcPr>
            <w:tcW w:type="dxa" w:w="2041"/>
            <w:shd w:val="clear" w:color="auto" w:fill="E8F0FE"/>
          </w:tcPr>
          <w:p>
            <w:r/>
            <w:r>
              <w:rPr>
                <w:b/>
                <w:sz w:val="22"/>
                <w:rFonts w:eastAsia="微软雅黑" w:ascii="微软雅黑" w:hAnsi="微软雅黑"/>
              </w:rPr>
              <w:t>所在市县</w:t>
            </w:r>
            <w:r>
              <w:rPr>
                <w:color w:val="C08A00"/>
                <w:sz w:val="18"/>
                <w:rFonts w:eastAsia="微软雅黑" w:ascii="微软雅黑" w:hAnsi="微软雅黑"/>
              </w:rPr>
              <w:t>（____省____市____区/县）</w:t>
            </w:r>
          </w:p>
        </w:tc>
        <w:tc>
          <w:tcPr>
            <w:tcW w:type="dxa" w:w="6463"/>
          </w:tcPr>
          <w:p>
            <w:r/>
            <w:r>
              <w:rPr>
                <w:sz w:val="22"/>
                <w:rFonts w:eastAsia="微软雅黑" w:ascii="微软雅黑" w:hAnsi="微软雅黑"/>
              </w:rPr>
              <w:t xml:space="preserve">　</w:t>
            </w:r>
          </w:p>
        </w:tc>
      </w:tr>
      <w:tr>
        <w:tc>
          <w:tcPr>
            <w:tcW w:type="dxa" w:w="2041"/>
            <w:shd w:val="clear" w:color="auto" w:fill="E8F0FE"/>
          </w:tcPr>
          <w:p>
            <w:r/>
            <w:r>
              <w:rPr>
                <w:b/>
                <w:sz w:val="22"/>
                <w:rFonts w:eastAsia="微软雅黑" w:ascii="微软雅黑" w:hAnsi="微软雅黑"/>
              </w:rPr>
              <w:t>填表日期</w:t>
            </w:r>
            <w:r>
              <w:rPr>
                <w:color w:val="C08A00"/>
                <w:sz w:val="18"/>
                <w:rFonts w:eastAsia="微软雅黑" w:ascii="微软雅黑" w:hAnsi="微软雅黑"/>
              </w:rPr>
              <w:t>（____年__月__日）</w:t>
            </w:r>
          </w:p>
        </w:tc>
        <w:tc>
          <w:tcPr>
            <w:tcW w:type="dxa" w:w="6463"/>
          </w:tcPr>
          <w:p>
            <w:r/>
            <w:r>
              <w:rPr>
                <w:sz w:val="22"/>
                <w:rFonts w:eastAsia="微软雅黑" w:ascii="微软雅黑" w:hAnsi="微软雅黑"/>
              </w:rPr>
              <w:t xml:space="preserve">　</w:t>
            </w:r>
          </w:p>
        </w:tc>
      </w:tr>
      <w:tr>
        <w:tc>
          <w:tcPr>
            <w:tcW w:type="dxa" w:w="2041"/>
            <w:shd w:val="clear" w:color="auto" w:fill="E8F0FE"/>
          </w:tcPr>
          <w:p>
            <w:r/>
            <w:r>
              <w:rPr>
                <w:b/>
                <w:sz w:val="22"/>
                <w:rFonts w:eastAsia="微软雅黑" w:ascii="微软雅黑" w:hAnsi="微软雅黑"/>
              </w:rPr>
              <w:t>自我介绍与服务意愿</w:t>
            </w:r>
            <w:r>
              <w:rPr>
                <w:color w:val="C08A00"/>
                <w:sz w:val="18"/>
                <w:rFonts w:eastAsia="微软雅黑" w:ascii="微软雅黑" w:hAnsi="微软雅黑"/>
              </w:rPr>
              <w:t>（请简要说明您的优势、可参与的调查类型）</w:t>
            </w:r>
          </w:p>
        </w:tc>
        <w:tc>
          <w:tcPr>
            <w:tcW w:type="dxa" w:w="6463"/>
          </w:tcPr>
          <w:p>
            <w:r/>
            <w:r>
              <w:rPr>
                <w:sz w:val="22"/>
                <w:rFonts w:eastAsia="微软雅黑" w:ascii="微软雅黑" w:hAnsi="微软雅黑"/>
              </w:rPr>
            </w:r>
          </w:p>
          <w:p/>
          <w:p/>
          <w:p/>
        </w:tc>
      </w:tr>
    </w:tbl>
    <w:p>
      <w:r>
        <w:rPr>
          <w:b/>
          <w:sz w:val="22"/>
          <w:rFonts w:eastAsia="微软雅黑" w:ascii="微软雅黑" w:hAnsi="微软雅黑"/>
        </w:rPr>
        <w:t>性别：</w:t>
      </w:r>
      <w:r>
        <w:rPr>
          <w:sz w:val="22"/>
          <w:rFonts w:eastAsia="微软雅黑" w:ascii="微软雅黑" w:hAnsi="微软雅黑"/>
        </w:rPr>
        <w:t xml:space="preserve">□ 男   </w:t>
      </w:r>
      <w:r>
        <w:rPr>
          <w:sz w:val="22"/>
          <w:rFonts w:eastAsia="微软雅黑" w:ascii="微软雅黑" w:hAnsi="微软雅黑"/>
        </w:rPr>
        <w:t xml:space="preserve">□ 女   </w:t>
      </w:r>
    </w:p>
    <w:p>
      <w:r>
        <w:rPr>
          <w:b/>
          <w:sz w:val="22"/>
          <w:rFonts w:eastAsia="微软雅黑" w:ascii="微软雅黑" w:hAnsi="微软雅黑"/>
        </w:rPr>
        <w:t>最高学历：</w:t>
      </w:r>
      <w:r>
        <w:rPr>
          <w:sz w:val="22"/>
          <w:rFonts w:eastAsia="微软雅黑" w:ascii="微软雅黑" w:hAnsi="微软雅黑"/>
        </w:rPr>
        <w:t xml:space="preserve">□ 高中及以下   </w:t>
      </w:r>
      <w:r>
        <w:rPr>
          <w:sz w:val="22"/>
          <w:rFonts w:eastAsia="微软雅黑" w:ascii="微软雅黑" w:hAnsi="微软雅黑"/>
        </w:rPr>
        <w:t xml:space="preserve">□ 大专   </w:t>
      </w:r>
      <w:r>
        <w:rPr>
          <w:sz w:val="22"/>
          <w:rFonts w:eastAsia="微软雅黑" w:ascii="微软雅黑" w:hAnsi="微软雅黑"/>
        </w:rPr>
        <w:t xml:space="preserve">□ 本科   </w:t>
      </w:r>
      <w:r>
        <w:rPr>
          <w:sz w:val="22"/>
          <w:rFonts w:eastAsia="微软雅黑" w:ascii="微软雅黑" w:hAnsi="微软雅黑"/>
        </w:rPr>
        <w:t xml:space="preserve">□ 硕士及以上   </w:t>
      </w:r>
    </w:p>
    <w:p>
      <w:r>
        <w:rPr>
          <w:b/>
          <w:sz w:val="22"/>
          <w:rFonts w:eastAsia="微软雅黑" w:ascii="微软雅黑" w:hAnsi="微软雅黑"/>
        </w:rPr>
        <w:t>可服务时间：</w:t>
      </w:r>
      <w:r>
        <w:rPr>
          <w:sz w:val="22"/>
          <w:rFonts w:eastAsia="微软雅黑" w:ascii="微软雅黑" w:hAnsi="微软雅黑"/>
        </w:rPr>
        <w:t xml:space="preserve">□ 工作日白天   </w:t>
      </w:r>
      <w:r>
        <w:rPr>
          <w:sz w:val="22"/>
          <w:rFonts w:eastAsia="微软雅黑" w:ascii="微软雅黑" w:hAnsi="微软雅黑"/>
        </w:rPr>
        <w:t xml:space="preserve">□ 工作日晚间   </w:t>
      </w:r>
      <w:r>
        <w:rPr>
          <w:sz w:val="22"/>
          <w:rFonts w:eastAsia="微软雅黑" w:ascii="微软雅黑" w:hAnsi="微软雅黑"/>
        </w:rPr>
        <w:t xml:space="preserve">□ 周末   </w:t>
      </w:r>
      <w:r>
        <w:rPr>
          <w:sz w:val="22"/>
          <w:rFonts w:eastAsia="微软雅黑" w:ascii="微软雅黑" w:hAnsi="微软雅黑"/>
        </w:rPr>
        <w:t xml:space="preserve">□ 时间灵活   </w:t>
      </w:r>
    </w:p>
    <w:p>
      <w:r>
        <w:rPr>
          <w:b/>
          <w:sz w:val="22"/>
          <w:rFonts w:eastAsia="微软雅黑" w:ascii="微软雅黑" w:hAnsi="微软雅黑"/>
        </w:rPr>
        <w:t>意向岗位：</w:t>
      </w:r>
      <w:r>
        <w:rPr>
          <w:sz w:val="22"/>
          <w:rFonts w:eastAsia="微软雅黑" w:ascii="微软雅黑" w:hAnsi="微软雅黑"/>
        </w:rPr>
        <w:t xml:space="preserve">□ 市场调查员（线下入户/街访）   </w:t>
      </w:r>
      <w:r>
        <w:rPr>
          <w:sz w:val="22"/>
          <w:rFonts w:eastAsia="微软雅黑" w:ascii="微软雅黑" w:hAnsi="微软雅黑"/>
        </w:rPr>
        <w:t xml:space="preserve">□ 问卷复核员（远程）   </w:t>
      </w:r>
      <w:r>
        <w:rPr>
          <w:sz w:val="22"/>
          <w:rFonts w:eastAsia="微软雅黑" w:ascii="微软雅黑" w:hAnsi="微软雅黑"/>
        </w:rPr>
        <w:t xml:space="preserve">□ 数据录入员（远程）   </w:t>
      </w:r>
      <w:r>
        <w:rPr>
          <w:sz w:val="22"/>
          <w:rFonts w:eastAsia="微软雅黑" w:ascii="微软雅黑" w:hAnsi="微软雅黑"/>
        </w:rPr>
        <w:t xml:space="preserve">□ 民意征集通讯员（撰稿/投稿）   </w:t>
      </w:r>
      <w:r>
        <w:rPr>
          <w:sz w:val="22"/>
          <w:rFonts w:eastAsia="微软雅黑" w:ascii="微软雅黑" w:hAnsi="微软雅黑"/>
        </w:rPr>
        <w:t xml:space="preserve">□ 法律咨询志愿者（具法律背景优先）   </w:t>
      </w:r>
    </w:p>
    <w:p>
      <w:pPr>
        <w:pStyle w:val="Heading2"/>
      </w:pPr>
      <w:r>
        <w:t>三、填表说明</w:t>
      </w:r>
    </w:p>
    <w:p>
      <w:pPr>
        <w:pStyle w:val="Heading3"/>
      </w:pPr>
      <w:r>
        <w:t>填表说明</w:t>
      </w:r>
    </w:p>
    <w:p>
      <w:pPr>
        <w:pStyle w:val="ListNumber"/>
      </w:pPr>
      <w:r>
        <w:rPr>
          <w:sz w:val="21"/>
          <w:rFonts w:eastAsia="微软雅黑" w:ascii="微软雅黑" w:hAnsi="微软雅黑"/>
        </w:rPr>
        <w:t>请如实填写，确保姓名、联系电话准确，以便我们及时回访。</w:t>
      </w:r>
    </w:p>
    <w:p>
      <w:pPr>
        <w:pStyle w:val="ListNumber"/>
      </w:pPr>
      <w:r>
        <w:rPr>
          <w:sz w:val="21"/>
          <w:rFonts w:eastAsia="微软雅黑" w:ascii="微软雅黑" w:hAnsi="微软雅黑"/>
        </w:rPr>
        <w:t>报名信息仅用于志愿者招募与任务派发，我们严格保密，不向第三方提供。</w:t>
      </w:r>
    </w:p>
    <w:p>
      <w:pPr>
        <w:pStyle w:val="ListNumber"/>
      </w:pPr>
      <w:r>
        <w:rPr>
          <w:sz w:val="21"/>
          <w:rFonts w:eastAsia="微软雅黑" w:ascii="微软雅黑" w:hAnsi="微软雅黑"/>
        </w:rPr>
        <w:t>提交后 3 个工作日内电话回访，请保持电话畅通。</w:t>
      </w:r>
    </w:p>
    <w:p>
      <w:pPr>
        <w:pStyle w:val="ListNumber"/>
      </w:pPr>
      <w:r>
        <w:rPr>
          <w:sz w:val="21"/>
          <w:rFonts w:eastAsia="微软雅黑" w:ascii="微软雅黑" w:hAnsi="微软雅黑"/>
        </w:rPr>
        <w:t>上岗前须参加基础培训（线上 / 线下），培训合格后方可派单。</w:t>
      </w:r>
    </w:p>
    <w:p>
      <w:pPr>
        <w:pStyle w:val="ListNumber"/>
      </w:pPr>
      <w:r>
        <w:rPr>
          <w:sz w:val="21"/>
          <w:rFonts w:eastAsia="微软雅黑" w:ascii="微软雅黑" w:hAnsi="微软雅黑"/>
        </w:rPr>
        <w:t>志愿者享有任务计酬、培训证书、服务时长证明等权益，详见《志愿者管理办法》。</w:t>
      </w:r>
    </w:p>
    <w:p>
      <w:pPr>
        <w:pStyle w:val="Heading2"/>
      </w:pPr>
      <w:r>
        <w:t>四、适用情形与使用须知</w:t>
      </w:r>
    </w:p>
    <w:p>
      <w:r>
        <w:rPr>
          <w:b w:val="0"/>
          <w:sz w:val="22"/>
          <w:rFonts w:eastAsia="微软雅黑" w:ascii="微软雅黑" w:hAnsi="微软雅黑"/>
        </w:rPr>
        <w:t>本表适用于志愿加入海南铎鸣社会调查网民意调查志愿者团队的个人登记。本招募为公益与兼职结合性质，不构成劳动关系。报名者须年满 18 周岁、具备基本沟通能力、能完成基础培训并遵守保密与伦理规范。如有疑问，可拨打电话 18889153888 或发送邮件至 1716323339@qq.com 咨询。</w:t>
      </w:r>
    </w:p>
    <w:sectPr w:rsidR="00FC693F" w:rsidRPr="0006063C" w:rsidSect="00034616">
      <w:headerReference w:type="default" r:id="rId9"/>
      <w:footerReference w:type="default" r:id="rId10"/>
      <w:pgSz w:w="12240" w:h="15840"/>
      <w:pgMar w:top="1247" w:right="1417" w:bottom="124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6666"/>
        <w:sz w:val="16"/>
        <w:rFonts w:eastAsia="微软雅黑" w:ascii="微软雅黑" w:hAnsi="微软雅黑"/>
      </w:rPr>
      <w:t>— 本模板由 海南铎鸣社会调查网 整理制作 —</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color w:val="1E90FF"/>
        <w:sz w:val="18"/>
        <w:rFonts w:eastAsia="微软雅黑" w:ascii="微软雅黑" w:hAnsi="微软雅黑"/>
      </w:rPr>
      <w:t>海南铎鸣社会调查网  ·  传递民意 · 践行价值</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60" w:lineRule="auto" w:after="40"/>
    </w:pPr>
    <w:rPr>
      <w:rFonts w:ascii="微软雅黑" w:hAnsi="微软雅黑" w:eastAsia="微软雅黑"/>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line="360" w:lineRule="auto"/>
      <w:outlineLvl w:val="0"/>
    </w:pPr>
    <w:rPr>
      <w:rFonts w:asciiTheme="majorHAnsi" w:eastAsiaTheme="majorEastAsia" w:hAnsiTheme="majorHAnsi" w:cstheme="majorBidi" w:ascii="微软雅黑" w:hAnsi="微软雅黑" w:eastAsia="微软雅黑"/>
      <w:b/>
      <w:bCs/>
      <w:color w:val="1E90FF"/>
      <w:sz w:val="36"/>
      <w:szCs w:val="28"/>
    </w:rPr>
  </w:style>
  <w:style w:type="paragraph" w:styleId="Heading2">
    <w:name w:val="heading 2"/>
    <w:basedOn w:val="Normal"/>
    <w:next w:val="Normal"/>
    <w:link w:val="Heading2Char"/>
    <w:uiPriority w:val="9"/>
    <w:unhideWhenUsed/>
    <w:qFormat/>
    <w:rsid w:val="00FC693F"/>
    <w:pPr>
      <w:keepNext/>
      <w:keepLines/>
      <w:spacing w:before="200" w:after="120" w:line="360" w:lineRule="auto"/>
      <w:outlineLvl w:val="1"/>
    </w:pPr>
    <w:rPr>
      <w:rFonts w:asciiTheme="majorHAnsi" w:eastAsiaTheme="majorEastAsia" w:hAnsiTheme="majorHAnsi" w:cstheme="majorBidi" w:ascii="微软雅黑" w:hAnsi="微软雅黑" w:eastAsia="微软雅黑"/>
      <w:b/>
      <w:bCs/>
      <w:color w:val="1A1A4D"/>
      <w:sz w:val="28"/>
      <w:szCs w:val="26"/>
    </w:rPr>
  </w:style>
  <w:style w:type="paragraph" w:styleId="Heading3">
    <w:name w:val="heading 3"/>
    <w:basedOn w:val="Normal"/>
    <w:next w:val="Normal"/>
    <w:link w:val="Heading3Char"/>
    <w:uiPriority w:val="9"/>
    <w:unhideWhenUsed/>
    <w:qFormat/>
    <w:rsid w:val="00FC693F"/>
    <w:pPr>
      <w:keepNext/>
      <w:keepLines/>
      <w:spacing w:before="200" w:after="120" w:line="360" w:lineRule="auto"/>
      <w:outlineLvl w:val="2"/>
    </w:pPr>
    <w:rPr>
      <w:rFonts w:asciiTheme="majorHAnsi" w:eastAsiaTheme="majorEastAsia" w:hAnsiTheme="majorHAnsi" w:cstheme="majorBidi" w:ascii="微软雅黑" w:hAnsi="微软雅黑" w:eastAsia="微软雅黑"/>
      <w:b/>
      <w:bCs/>
      <w:color w:val="1A1A4D"/>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